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C5936" w14:textId="77777777" w:rsidR="00806DD1" w:rsidRDefault="0061249D">
      <w:pPr>
        <w:pStyle w:val="Rubrik1"/>
      </w:pPr>
      <w:r>
        <w:t>Preliminär resultaträkning</w:t>
      </w:r>
    </w:p>
    <w:p w14:paraId="4D3748B4" w14:textId="77777777" w:rsidR="00806DD1" w:rsidRDefault="0061249D">
      <w:r>
        <w:t>BARKARBY-SKÄLBY VILLAÄGAREFÖRENING</w:t>
      </w:r>
    </w:p>
    <w:p w14:paraId="5CED044B" w14:textId="77777777" w:rsidR="00806DD1" w:rsidRDefault="0061249D">
      <w:r>
        <w:t>802423-1824</w:t>
      </w:r>
    </w:p>
    <w:p w14:paraId="0BCAA876" w14:textId="77777777" w:rsidR="00806DD1" w:rsidRDefault="0061249D">
      <w:r>
        <w:t>Räkenskapsår: 2025-01-01 - 2025-12-31</w:t>
      </w:r>
    </w:p>
    <w:p w14:paraId="78AD69F7" w14:textId="77777777" w:rsidR="00806DD1" w:rsidRDefault="0061249D">
      <w:r>
        <w:t>Avser perioden: 2025-01-01 - 2025-12-31</w:t>
      </w:r>
    </w:p>
    <w:p w14:paraId="2FC7244A" w14:textId="77777777" w:rsidR="00806DD1" w:rsidRDefault="0061249D">
      <w:r>
        <w:t>Period fg år 2024-01-01 - 2024-12-31</w:t>
      </w:r>
    </w:p>
    <w:p w14:paraId="05C7F298" w14:textId="77777777" w:rsidR="00806DD1" w:rsidRDefault="00806DD1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443"/>
        <w:gridCol w:w="1549"/>
        <w:gridCol w:w="1495"/>
        <w:gridCol w:w="1648"/>
        <w:gridCol w:w="1495"/>
      </w:tblGrid>
      <w:tr w:rsidR="00806DD1" w14:paraId="233DFCB7" w14:textId="77777777">
        <w:tc>
          <w:tcPr>
            <w:tcW w:w="1728" w:type="dxa"/>
          </w:tcPr>
          <w:p w14:paraId="62B25E2D" w14:textId="77777777" w:rsidR="00806DD1" w:rsidRDefault="00806DD1"/>
        </w:tc>
        <w:tc>
          <w:tcPr>
            <w:tcW w:w="1728" w:type="dxa"/>
          </w:tcPr>
          <w:p w14:paraId="6FD3BD96" w14:textId="77777777" w:rsidR="00806DD1" w:rsidRDefault="0061249D">
            <w:r>
              <w:t>Perioden</w:t>
            </w:r>
          </w:p>
        </w:tc>
        <w:tc>
          <w:tcPr>
            <w:tcW w:w="1728" w:type="dxa"/>
          </w:tcPr>
          <w:p w14:paraId="291D0A25" w14:textId="77777777" w:rsidR="00806DD1" w:rsidRDefault="0061249D">
            <w:r>
              <w:t>Period fg år</w:t>
            </w:r>
          </w:p>
        </w:tc>
        <w:tc>
          <w:tcPr>
            <w:tcW w:w="1728" w:type="dxa"/>
          </w:tcPr>
          <w:p w14:paraId="5A1B0196" w14:textId="77777777" w:rsidR="00806DD1" w:rsidRDefault="0061249D">
            <w:r>
              <w:t>Ackumulerat</w:t>
            </w:r>
          </w:p>
        </w:tc>
        <w:tc>
          <w:tcPr>
            <w:tcW w:w="1728" w:type="dxa"/>
          </w:tcPr>
          <w:p w14:paraId="5918B0A8" w14:textId="77777777" w:rsidR="00806DD1" w:rsidRDefault="0061249D">
            <w:r>
              <w:t>Ack. period fg år</w:t>
            </w:r>
          </w:p>
        </w:tc>
      </w:tr>
      <w:tr w:rsidR="00806DD1" w14:paraId="6BA2E011" w14:textId="77777777">
        <w:tc>
          <w:tcPr>
            <w:tcW w:w="1728" w:type="dxa"/>
          </w:tcPr>
          <w:p w14:paraId="1C14D099" w14:textId="77777777" w:rsidR="00806DD1" w:rsidRDefault="0061249D">
            <w:r>
              <w:t>Rörelsens intäkter</w:t>
            </w:r>
          </w:p>
        </w:tc>
        <w:tc>
          <w:tcPr>
            <w:tcW w:w="1728" w:type="dxa"/>
          </w:tcPr>
          <w:p w14:paraId="6593486F" w14:textId="77777777" w:rsidR="00806DD1" w:rsidRDefault="00806DD1"/>
        </w:tc>
        <w:tc>
          <w:tcPr>
            <w:tcW w:w="1728" w:type="dxa"/>
          </w:tcPr>
          <w:p w14:paraId="5E4EB5C5" w14:textId="77777777" w:rsidR="00806DD1" w:rsidRDefault="00806DD1"/>
        </w:tc>
        <w:tc>
          <w:tcPr>
            <w:tcW w:w="1728" w:type="dxa"/>
          </w:tcPr>
          <w:p w14:paraId="0CA0328B" w14:textId="77777777" w:rsidR="00806DD1" w:rsidRDefault="00806DD1"/>
        </w:tc>
        <w:tc>
          <w:tcPr>
            <w:tcW w:w="1728" w:type="dxa"/>
          </w:tcPr>
          <w:p w14:paraId="78BFA827" w14:textId="77777777" w:rsidR="00806DD1" w:rsidRDefault="00806DD1"/>
        </w:tc>
      </w:tr>
      <w:tr w:rsidR="00806DD1" w14:paraId="2D1A1B0E" w14:textId="77777777">
        <w:tc>
          <w:tcPr>
            <w:tcW w:w="1728" w:type="dxa"/>
          </w:tcPr>
          <w:p w14:paraId="627AEEC6" w14:textId="77777777" w:rsidR="00806DD1" w:rsidRDefault="0061249D">
            <w:r>
              <w:t>Nettoomsättning</w:t>
            </w:r>
          </w:p>
        </w:tc>
        <w:tc>
          <w:tcPr>
            <w:tcW w:w="1728" w:type="dxa"/>
          </w:tcPr>
          <w:p w14:paraId="212712D9" w14:textId="77777777" w:rsidR="00806DD1" w:rsidRDefault="00806DD1"/>
        </w:tc>
        <w:tc>
          <w:tcPr>
            <w:tcW w:w="1728" w:type="dxa"/>
          </w:tcPr>
          <w:p w14:paraId="730ADE67" w14:textId="77777777" w:rsidR="00806DD1" w:rsidRDefault="00806DD1"/>
        </w:tc>
        <w:tc>
          <w:tcPr>
            <w:tcW w:w="1728" w:type="dxa"/>
          </w:tcPr>
          <w:p w14:paraId="030311E1" w14:textId="77777777" w:rsidR="00806DD1" w:rsidRDefault="00806DD1"/>
        </w:tc>
        <w:tc>
          <w:tcPr>
            <w:tcW w:w="1728" w:type="dxa"/>
          </w:tcPr>
          <w:p w14:paraId="27D18CFA" w14:textId="77777777" w:rsidR="00806DD1" w:rsidRDefault="00806DD1"/>
        </w:tc>
      </w:tr>
      <w:tr w:rsidR="00806DD1" w14:paraId="0E0D8CBC" w14:textId="77777777">
        <w:tc>
          <w:tcPr>
            <w:tcW w:w="1728" w:type="dxa"/>
          </w:tcPr>
          <w:p w14:paraId="5D8CB676" w14:textId="77777777" w:rsidR="00806DD1" w:rsidRDefault="0061249D">
            <w:r>
              <w:t>3010 Medl.avg. VÄF lokalanslutna</w:t>
            </w:r>
          </w:p>
        </w:tc>
        <w:tc>
          <w:tcPr>
            <w:tcW w:w="1728" w:type="dxa"/>
          </w:tcPr>
          <w:p w14:paraId="7A40A68E" w14:textId="77777777" w:rsidR="00806DD1" w:rsidRDefault="0061249D">
            <w:r>
              <w:t>600,00</w:t>
            </w:r>
          </w:p>
        </w:tc>
        <w:tc>
          <w:tcPr>
            <w:tcW w:w="1728" w:type="dxa"/>
          </w:tcPr>
          <w:p w14:paraId="1D427FB0" w14:textId="77777777" w:rsidR="00806DD1" w:rsidRDefault="0061249D">
            <w:r>
              <w:t>840,00</w:t>
            </w:r>
          </w:p>
        </w:tc>
        <w:tc>
          <w:tcPr>
            <w:tcW w:w="1728" w:type="dxa"/>
          </w:tcPr>
          <w:p w14:paraId="1B293E35" w14:textId="77777777" w:rsidR="00806DD1" w:rsidRDefault="0061249D">
            <w:r>
              <w:t>600,00</w:t>
            </w:r>
          </w:p>
        </w:tc>
        <w:tc>
          <w:tcPr>
            <w:tcW w:w="1728" w:type="dxa"/>
          </w:tcPr>
          <w:p w14:paraId="184444BC" w14:textId="77777777" w:rsidR="00806DD1" w:rsidRDefault="0061249D">
            <w:r>
              <w:t>840,00</w:t>
            </w:r>
          </w:p>
        </w:tc>
      </w:tr>
      <w:tr w:rsidR="00806DD1" w14:paraId="6F76C80F" w14:textId="77777777">
        <w:tc>
          <w:tcPr>
            <w:tcW w:w="1728" w:type="dxa"/>
          </w:tcPr>
          <w:p w14:paraId="38DCB0C2" w14:textId="77777777" w:rsidR="00806DD1" w:rsidRDefault="0061249D">
            <w:r>
              <w:t>3013 Medl.avg. VÄF via Riksförbundet</w:t>
            </w:r>
          </w:p>
        </w:tc>
        <w:tc>
          <w:tcPr>
            <w:tcW w:w="1728" w:type="dxa"/>
          </w:tcPr>
          <w:p w14:paraId="0575DF9E" w14:textId="77777777" w:rsidR="00806DD1" w:rsidRDefault="0061249D">
            <w:r>
              <w:t>22 372,00</w:t>
            </w:r>
          </w:p>
        </w:tc>
        <w:tc>
          <w:tcPr>
            <w:tcW w:w="1728" w:type="dxa"/>
          </w:tcPr>
          <w:p w14:paraId="16105B69" w14:textId="77777777" w:rsidR="00806DD1" w:rsidRDefault="0061249D">
            <w:r>
              <w:t>23 380,00</w:t>
            </w:r>
          </w:p>
        </w:tc>
        <w:tc>
          <w:tcPr>
            <w:tcW w:w="1728" w:type="dxa"/>
          </w:tcPr>
          <w:p w14:paraId="0C8F88AA" w14:textId="77777777" w:rsidR="00806DD1" w:rsidRDefault="0061249D">
            <w:r>
              <w:t>22 372,00</w:t>
            </w:r>
          </w:p>
        </w:tc>
        <w:tc>
          <w:tcPr>
            <w:tcW w:w="1728" w:type="dxa"/>
          </w:tcPr>
          <w:p w14:paraId="797A9A1A" w14:textId="77777777" w:rsidR="00806DD1" w:rsidRDefault="0061249D">
            <w:r>
              <w:t>23 380,00</w:t>
            </w:r>
          </w:p>
        </w:tc>
      </w:tr>
      <w:tr w:rsidR="00806DD1" w14:paraId="3D0DF19B" w14:textId="77777777">
        <w:tc>
          <w:tcPr>
            <w:tcW w:w="1728" w:type="dxa"/>
          </w:tcPr>
          <w:p w14:paraId="3AE5E7F4" w14:textId="77777777" w:rsidR="00806DD1" w:rsidRDefault="0061249D">
            <w:r>
              <w:t>3220 Värvningspremier nya medlemmar RF</w:t>
            </w:r>
          </w:p>
        </w:tc>
        <w:tc>
          <w:tcPr>
            <w:tcW w:w="1728" w:type="dxa"/>
          </w:tcPr>
          <w:p w14:paraId="210042E6" w14:textId="77777777" w:rsidR="00806DD1" w:rsidRDefault="0061249D">
            <w:r>
              <w:t>0,00</w:t>
            </w:r>
          </w:p>
        </w:tc>
        <w:tc>
          <w:tcPr>
            <w:tcW w:w="1728" w:type="dxa"/>
          </w:tcPr>
          <w:p w14:paraId="2213416E" w14:textId="77777777" w:rsidR="00806DD1" w:rsidRDefault="0061249D">
            <w:r>
              <w:t>400,00</w:t>
            </w:r>
          </w:p>
        </w:tc>
        <w:tc>
          <w:tcPr>
            <w:tcW w:w="1728" w:type="dxa"/>
          </w:tcPr>
          <w:p w14:paraId="57C1E490" w14:textId="77777777" w:rsidR="00806DD1" w:rsidRDefault="0061249D">
            <w:r>
              <w:t>0,00</w:t>
            </w:r>
          </w:p>
        </w:tc>
        <w:tc>
          <w:tcPr>
            <w:tcW w:w="1728" w:type="dxa"/>
          </w:tcPr>
          <w:p w14:paraId="446A4CB7" w14:textId="77777777" w:rsidR="00806DD1" w:rsidRDefault="0061249D">
            <w:r>
              <w:t>400,00</w:t>
            </w:r>
          </w:p>
        </w:tc>
      </w:tr>
      <w:tr w:rsidR="00806DD1" w14:paraId="6B33E1E9" w14:textId="77777777">
        <w:tc>
          <w:tcPr>
            <w:tcW w:w="1728" w:type="dxa"/>
          </w:tcPr>
          <w:p w14:paraId="5AFA9B14" w14:textId="77777777" w:rsidR="00806DD1" w:rsidRDefault="0061249D">
            <w:r>
              <w:t>3221 Administr.bidrag nya medlemmar RF</w:t>
            </w:r>
          </w:p>
        </w:tc>
        <w:tc>
          <w:tcPr>
            <w:tcW w:w="1728" w:type="dxa"/>
          </w:tcPr>
          <w:p w14:paraId="5B1C2AF3" w14:textId="77777777" w:rsidR="00806DD1" w:rsidRDefault="0061249D">
            <w:r>
              <w:t>2 010,00</w:t>
            </w:r>
          </w:p>
        </w:tc>
        <w:tc>
          <w:tcPr>
            <w:tcW w:w="1728" w:type="dxa"/>
          </w:tcPr>
          <w:p w14:paraId="62A8A090" w14:textId="77777777" w:rsidR="00806DD1" w:rsidRDefault="0061249D">
            <w:r>
              <w:t>1 110,00</w:t>
            </w:r>
          </w:p>
        </w:tc>
        <w:tc>
          <w:tcPr>
            <w:tcW w:w="1728" w:type="dxa"/>
          </w:tcPr>
          <w:p w14:paraId="7A24B0EA" w14:textId="77777777" w:rsidR="00806DD1" w:rsidRDefault="0061249D">
            <w:r>
              <w:t>2 010,00</w:t>
            </w:r>
          </w:p>
        </w:tc>
        <w:tc>
          <w:tcPr>
            <w:tcW w:w="1728" w:type="dxa"/>
          </w:tcPr>
          <w:p w14:paraId="6CA403D5" w14:textId="77777777" w:rsidR="00806DD1" w:rsidRDefault="0061249D">
            <w:r>
              <w:t>1 110,00</w:t>
            </w:r>
          </w:p>
        </w:tc>
      </w:tr>
      <w:tr w:rsidR="00806DD1" w14:paraId="05A8E362" w14:textId="77777777">
        <w:tc>
          <w:tcPr>
            <w:tcW w:w="1728" w:type="dxa"/>
          </w:tcPr>
          <w:p w14:paraId="406E9843" w14:textId="77777777" w:rsidR="00806DD1" w:rsidRDefault="00806DD1"/>
        </w:tc>
        <w:tc>
          <w:tcPr>
            <w:tcW w:w="1728" w:type="dxa"/>
          </w:tcPr>
          <w:p w14:paraId="6DD41C7A" w14:textId="77777777" w:rsidR="00806DD1" w:rsidRDefault="0061249D">
            <w:r>
              <w:t>24 982,00</w:t>
            </w:r>
          </w:p>
        </w:tc>
        <w:tc>
          <w:tcPr>
            <w:tcW w:w="1728" w:type="dxa"/>
          </w:tcPr>
          <w:p w14:paraId="7D5561DD" w14:textId="77777777" w:rsidR="00806DD1" w:rsidRDefault="0061249D">
            <w:r>
              <w:t>25 730,00</w:t>
            </w:r>
          </w:p>
        </w:tc>
        <w:tc>
          <w:tcPr>
            <w:tcW w:w="1728" w:type="dxa"/>
          </w:tcPr>
          <w:p w14:paraId="4F984AB4" w14:textId="77777777" w:rsidR="00806DD1" w:rsidRDefault="0061249D">
            <w:r>
              <w:t>24 982,00</w:t>
            </w:r>
          </w:p>
        </w:tc>
        <w:tc>
          <w:tcPr>
            <w:tcW w:w="1728" w:type="dxa"/>
          </w:tcPr>
          <w:p w14:paraId="2076B921" w14:textId="77777777" w:rsidR="00806DD1" w:rsidRDefault="0061249D">
            <w:r>
              <w:t>25 730,00</w:t>
            </w:r>
          </w:p>
        </w:tc>
      </w:tr>
      <w:tr w:rsidR="00806DD1" w14:paraId="75496052" w14:textId="77777777">
        <w:tc>
          <w:tcPr>
            <w:tcW w:w="1728" w:type="dxa"/>
          </w:tcPr>
          <w:p w14:paraId="3B27E983" w14:textId="77777777" w:rsidR="00806DD1" w:rsidRDefault="0061249D">
            <w:r>
              <w:t>Övriga rörelseintäkter</w:t>
            </w:r>
          </w:p>
        </w:tc>
        <w:tc>
          <w:tcPr>
            <w:tcW w:w="1728" w:type="dxa"/>
          </w:tcPr>
          <w:p w14:paraId="0536284D" w14:textId="77777777" w:rsidR="00806DD1" w:rsidRDefault="00806DD1"/>
        </w:tc>
        <w:tc>
          <w:tcPr>
            <w:tcW w:w="1728" w:type="dxa"/>
          </w:tcPr>
          <w:p w14:paraId="09B4C00F" w14:textId="77777777" w:rsidR="00806DD1" w:rsidRDefault="00806DD1"/>
        </w:tc>
        <w:tc>
          <w:tcPr>
            <w:tcW w:w="1728" w:type="dxa"/>
          </w:tcPr>
          <w:p w14:paraId="7638A7C2" w14:textId="77777777" w:rsidR="00806DD1" w:rsidRDefault="00806DD1"/>
        </w:tc>
        <w:tc>
          <w:tcPr>
            <w:tcW w:w="1728" w:type="dxa"/>
          </w:tcPr>
          <w:p w14:paraId="7688B309" w14:textId="77777777" w:rsidR="00806DD1" w:rsidRDefault="00806DD1"/>
        </w:tc>
      </w:tr>
      <w:tr w:rsidR="00806DD1" w14:paraId="221A5E2E" w14:textId="77777777">
        <w:tc>
          <w:tcPr>
            <w:tcW w:w="1728" w:type="dxa"/>
          </w:tcPr>
          <w:p w14:paraId="1B0113F7" w14:textId="77777777" w:rsidR="00806DD1" w:rsidRDefault="0061249D">
            <w:r>
              <w:t>3971 Vinst vid avyttring av immateriella</w:t>
            </w:r>
          </w:p>
        </w:tc>
        <w:tc>
          <w:tcPr>
            <w:tcW w:w="1728" w:type="dxa"/>
          </w:tcPr>
          <w:p w14:paraId="1367AD0C" w14:textId="77777777" w:rsidR="00806DD1" w:rsidRDefault="0061249D">
            <w:r>
              <w:t>314,22</w:t>
            </w:r>
          </w:p>
        </w:tc>
        <w:tc>
          <w:tcPr>
            <w:tcW w:w="1728" w:type="dxa"/>
          </w:tcPr>
          <w:p w14:paraId="0B664F53" w14:textId="77777777" w:rsidR="00806DD1" w:rsidRDefault="0061249D">
            <w:r>
              <w:t>1 372,11</w:t>
            </w:r>
          </w:p>
        </w:tc>
        <w:tc>
          <w:tcPr>
            <w:tcW w:w="1728" w:type="dxa"/>
          </w:tcPr>
          <w:p w14:paraId="6EFDCBD6" w14:textId="77777777" w:rsidR="00806DD1" w:rsidRDefault="0061249D">
            <w:r>
              <w:t>314,22</w:t>
            </w:r>
          </w:p>
        </w:tc>
        <w:tc>
          <w:tcPr>
            <w:tcW w:w="1728" w:type="dxa"/>
          </w:tcPr>
          <w:p w14:paraId="1981C2C9" w14:textId="77777777" w:rsidR="00806DD1" w:rsidRDefault="0061249D">
            <w:r>
              <w:t>1 372,11</w:t>
            </w:r>
          </w:p>
        </w:tc>
      </w:tr>
      <w:tr w:rsidR="00806DD1" w14:paraId="47A7D51A" w14:textId="77777777">
        <w:tc>
          <w:tcPr>
            <w:tcW w:w="1728" w:type="dxa"/>
          </w:tcPr>
          <w:p w14:paraId="689BD749" w14:textId="77777777" w:rsidR="00806DD1" w:rsidRDefault="0061249D">
            <w:r>
              <w:t>anläggningstillgångar</w:t>
            </w:r>
          </w:p>
        </w:tc>
        <w:tc>
          <w:tcPr>
            <w:tcW w:w="1728" w:type="dxa"/>
          </w:tcPr>
          <w:p w14:paraId="3D9EFDC9" w14:textId="77777777" w:rsidR="00806DD1" w:rsidRDefault="00806DD1"/>
        </w:tc>
        <w:tc>
          <w:tcPr>
            <w:tcW w:w="1728" w:type="dxa"/>
          </w:tcPr>
          <w:p w14:paraId="177AE1F0" w14:textId="77777777" w:rsidR="00806DD1" w:rsidRDefault="00806DD1"/>
        </w:tc>
        <w:tc>
          <w:tcPr>
            <w:tcW w:w="1728" w:type="dxa"/>
          </w:tcPr>
          <w:p w14:paraId="603A6676" w14:textId="77777777" w:rsidR="00806DD1" w:rsidRDefault="00806DD1"/>
        </w:tc>
        <w:tc>
          <w:tcPr>
            <w:tcW w:w="1728" w:type="dxa"/>
          </w:tcPr>
          <w:p w14:paraId="3B79B880" w14:textId="77777777" w:rsidR="00806DD1" w:rsidRDefault="00806DD1"/>
        </w:tc>
      </w:tr>
      <w:tr w:rsidR="00806DD1" w14:paraId="3118BD3A" w14:textId="77777777">
        <w:tc>
          <w:tcPr>
            <w:tcW w:w="1728" w:type="dxa"/>
          </w:tcPr>
          <w:p w14:paraId="0CA70EAE" w14:textId="77777777" w:rsidR="00806DD1" w:rsidRDefault="0061249D">
            <w:r>
              <w:t>Summa rörelsens intäkter</w:t>
            </w:r>
          </w:p>
        </w:tc>
        <w:tc>
          <w:tcPr>
            <w:tcW w:w="1728" w:type="dxa"/>
          </w:tcPr>
          <w:p w14:paraId="7FEAE094" w14:textId="77777777" w:rsidR="00806DD1" w:rsidRDefault="0061249D">
            <w:r>
              <w:t>25 296,22</w:t>
            </w:r>
          </w:p>
        </w:tc>
        <w:tc>
          <w:tcPr>
            <w:tcW w:w="1728" w:type="dxa"/>
          </w:tcPr>
          <w:p w14:paraId="70B696E2" w14:textId="77777777" w:rsidR="00806DD1" w:rsidRDefault="0061249D">
            <w:r>
              <w:t>27 102,11</w:t>
            </w:r>
          </w:p>
        </w:tc>
        <w:tc>
          <w:tcPr>
            <w:tcW w:w="1728" w:type="dxa"/>
          </w:tcPr>
          <w:p w14:paraId="27C74587" w14:textId="77777777" w:rsidR="00806DD1" w:rsidRDefault="0061249D">
            <w:r>
              <w:t>25 296,22</w:t>
            </w:r>
          </w:p>
        </w:tc>
        <w:tc>
          <w:tcPr>
            <w:tcW w:w="1728" w:type="dxa"/>
          </w:tcPr>
          <w:p w14:paraId="22C31566" w14:textId="77777777" w:rsidR="00806DD1" w:rsidRDefault="0061249D">
            <w:r>
              <w:t>27 102,11</w:t>
            </w:r>
          </w:p>
        </w:tc>
      </w:tr>
      <w:tr w:rsidR="00806DD1" w14:paraId="7C70D5C0" w14:textId="77777777">
        <w:tc>
          <w:tcPr>
            <w:tcW w:w="1728" w:type="dxa"/>
          </w:tcPr>
          <w:p w14:paraId="1D202560" w14:textId="77777777" w:rsidR="00806DD1" w:rsidRDefault="0061249D">
            <w:r>
              <w:t>Rörelsens kostnader</w:t>
            </w:r>
          </w:p>
        </w:tc>
        <w:tc>
          <w:tcPr>
            <w:tcW w:w="1728" w:type="dxa"/>
          </w:tcPr>
          <w:p w14:paraId="75469C67" w14:textId="77777777" w:rsidR="00806DD1" w:rsidRDefault="00806DD1"/>
        </w:tc>
        <w:tc>
          <w:tcPr>
            <w:tcW w:w="1728" w:type="dxa"/>
          </w:tcPr>
          <w:p w14:paraId="30EB1507" w14:textId="77777777" w:rsidR="00806DD1" w:rsidRDefault="00806DD1"/>
        </w:tc>
        <w:tc>
          <w:tcPr>
            <w:tcW w:w="1728" w:type="dxa"/>
          </w:tcPr>
          <w:p w14:paraId="45927FE4" w14:textId="77777777" w:rsidR="00806DD1" w:rsidRDefault="00806DD1"/>
        </w:tc>
        <w:tc>
          <w:tcPr>
            <w:tcW w:w="1728" w:type="dxa"/>
          </w:tcPr>
          <w:p w14:paraId="20411935" w14:textId="77777777" w:rsidR="00806DD1" w:rsidRDefault="00806DD1"/>
        </w:tc>
      </w:tr>
      <w:tr w:rsidR="00806DD1" w14:paraId="3C34E2E9" w14:textId="77777777">
        <w:tc>
          <w:tcPr>
            <w:tcW w:w="1728" w:type="dxa"/>
          </w:tcPr>
          <w:p w14:paraId="0FC51C3E" w14:textId="77777777" w:rsidR="00806DD1" w:rsidRDefault="0061249D">
            <w:r>
              <w:t>Övriga externa kostnader</w:t>
            </w:r>
          </w:p>
        </w:tc>
        <w:tc>
          <w:tcPr>
            <w:tcW w:w="1728" w:type="dxa"/>
          </w:tcPr>
          <w:p w14:paraId="17D922CF" w14:textId="77777777" w:rsidR="00806DD1" w:rsidRDefault="00806DD1"/>
        </w:tc>
        <w:tc>
          <w:tcPr>
            <w:tcW w:w="1728" w:type="dxa"/>
          </w:tcPr>
          <w:p w14:paraId="00192017" w14:textId="77777777" w:rsidR="00806DD1" w:rsidRDefault="00806DD1"/>
        </w:tc>
        <w:tc>
          <w:tcPr>
            <w:tcW w:w="1728" w:type="dxa"/>
          </w:tcPr>
          <w:p w14:paraId="5EF0D15E" w14:textId="77777777" w:rsidR="00806DD1" w:rsidRDefault="00806DD1"/>
        </w:tc>
        <w:tc>
          <w:tcPr>
            <w:tcW w:w="1728" w:type="dxa"/>
          </w:tcPr>
          <w:p w14:paraId="579CFA23" w14:textId="77777777" w:rsidR="00806DD1" w:rsidRDefault="00806DD1"/>
        </w:tc>
      </w:tr>
      <w:tr w:rsidR="00806DD1" w14:paraId="0884DCA6" w14:textId="77777777">
        <w:tc>
          <w:tcPr>
            <w:tcW w:w="1728" w:type="dxa"/>
          </w:tcPr>
          <w:p w14:paraId="53F1E873" w14:textId="77777777" w:rsidR="00806DD1" w:rsidRDefault="0061249D">
            <w:r>
              <w:t>5010 Lokalhyra</w:t>
            </w:r>
          </w:p>
        </w:tc>
        <w:tc>
          <w:tcPr>
            <w:tcW w:w="1728" w:type="dxa"/>
          </w:tcPr>
          <w:p w14:paraId="026F5B86" w14:textId="77777777" w:rsidR="00806DD1" w:rsidRDefault="0061249D">
            <w:r>
              <w:t>-2 100,00</w:t>
            </w:r>
          </w:p>
        </w:tc>
        <w:tc>
          <w:tcPr>
            <w:tcW w:w="1728" w:type="dxa"/>
          </w:tcPr>
          <w:p w14:paraId="0516CBB2" w14:textId="77777777" w:rsidR="00806DD1" w:rsidRDefault="0061249D">
            <w:r>
              <w:t>-4 200,00</w:t>
            </w:r>
          </w:p>
        </w:tc>
        <w:tc>
          <w:tcPr>
            <w:tcW w:w="1728" w:type="dxa"/>
          </w:tcPr>
          <w:p w14:paraId="56911EFE" w14:textId="77777777" w:rsidR="00806DD1" w:rsidRDefault="0061249D">
            <w:r>
              <w:t>-2 100,00</w:t>
            </w:r>
          </w:p>
        </w:tc>
        <w:tc>
          <w:tcPr>
            <w:tcW w:w="1728" w:type="dxa"/>
          </w:tcPr>
          <w:p w14:paraId="185ED101" w14:textId="77777777" w:rsidR="00806DD1" w:rsidRDefault="0061249D">
            <w:r>
              <w:t>-4 200,00</w:t>
            </w:r>
          </w:p>
        </w:tc>
      </w:tr>
      <w:tr w:rsidR="00806DD1" w14:paraId="5AEBDA06" w14:textId="77777777">
        <w:tc>
          <w:tcPr>
            <w:tcW w:w="1728" w:type="dxa"/>
          </w:tcPr>
          <w:p w14:paraId="6C117224" w14:textId="77777777" w:rsidR="00806DD1" w:rsidRDefault="0061249D">
            <w:r>
              <w:t>5910 Annonsering</w:t>
            </w:r>
          </w:p>
        </w:tc>
        <w:tc>
          <w:tcPr>
            <w:tcW w:w="1728" w:type="dxa"/>
          </w:tcPr>
          <w:p w14:paraId="7454C4DD" w14:textId="77777777" w:rsidR="00806DD1" w:rsidRDefault="0061249D">
            <w:r>
              <w:t>-7 406,00</w:t>
            </w:r>
          </w:p>
        </w:tc>
        <w:tc>
          <w:tcPr>
            <w:tcW w:w="1728" w:type="dxa"/>
          </w:tcPr>
          <w:p w14:paraId="731140CD" w14:textId="77777777" w:rsidR="00806DD1" w:rsidRDefault="0061249D">
            <w:r>
              <w:t>-7 406,00</w:t>
            </w:r>
          </w:p>
        </w:tc>
        <w:tc>
          <w:tcPr>
            <w:tcW w:w="1728" w:type="dxa"/>
          </w:tcPr>
          <w:p w14:paraId="77EFF5AD" w14:textId="77777777" w:rsidR="00806DD1" w:rsidRDefault="0061249D">
            <w:r>
              <w:t>-7 406,00</w:t>
            </w:r>
          </w:p>
        </w:tc>
        <w:tc>
          <w:tcPr>
            <w:tcW w:w="1728" w:type="dxa"/>
          </w:tcPr>
          <w:p w14:paraId="4BB0DBC4" w14:textId="77777777" w:rsidR="00806DD1" w:rsidRDefault="0061249D">
            <w:r>
              <w:t>-7 406,00</w:t>
            </w:r>
          </w:p>
        </w:tc>
      </w:tr>
      <w:tr w:rsidR="00806DD1" w14:paraId="348DA68A" w14:textId="77777777">
        <w:tc>
          <w:tcPr>
            <w:tcW w:w="1728" w:type="dxa"/>
          </w:tcPr>
          <w:p w14:paraId="251800A2" w14:textId="77777777" w:rsidR="00806DD1" w:rsidRDefault="0061249D">
            <w:r>
              <w:t>6070 Representation</w:t>
            </w:r>
          </w:p>
        </w:tc>
        <w:tc>
          <w:tcPr>
            <w:tcW w:w="1728" w:type="dxa"/>
          </w:tcPr>
          <w:p w14:paraId="24DD0246" w14:textId="77777777" w:rsidR="00806DD1" w:rsidRDefault="0061249D">
            <w:r>
              <w:t>-1 004,82</w:t>
            </w:r>
          </w:p>
        </w:tc>
        <w:tc>
          <w:tcPr>
            <w:tcW w:w="1728" w:type="dxa"/>
          </w:tcPr>
          <w:p w14:paraId="4DACEC7A" w14:textId="77777777" w:rsidR="00806DD1" w:rsidRDefault="0061249D">
            <w:r>
              <w:t>-1 202,32</w:t>
            </w:r>
          </w:p>
        </w:tc>
        <w:tc>
          <w:tcPr>
            <w:tcW w:w="1728" w:type="dxa"/>
          </w:tcPr>
          <w:p w14:paraId="7DF8F53C" w14:textId="77777777" w:rsidR="00806DD1" w:rsidRDefault="0061249D">
            <w:r>
              <w:t>-1 004,82</w:t>
            </w:r>
          </w:p>
        </w:tc>
        <w:tc>
          <w:tcPr>
            <w:tcW w:w="1728" w:type="dxa"/>
          </w:tcPr>
          <w:p w14:paraId="52E4F4BC" w14:textId="77777777" w:rsidR="00806DD1" w:rsidRDefault="0061249D">
            <w:r>
              <w:t>-1 202,32</w:t>
            </w:r>
          </w:p>
        </w:tc>
      </w:tr>
      <w:tr w:rsidR="00806DD1" w14:paraId="1C300E41" w14:textId="77777777">
        <w:tc>
          <w:tcPr>
            <w:tcW w:w="1728" w:type="dxa"/>
          </w:tcPr>
          <w:p w14:paraId="393AD898" w14:textId="77777777" w:rsidR="00806DD1" w:rsidRDefault="0061249D">
            <w:r>
              <w:t>6110 Kontorsmateriel</w:t>
            </w:r>
          </w:p>
        </w:tc>
        <w:tc>
          <w:tcPr>
            <w:tcW w:w="1728" w:type="dxa"/>
          </w:tcPr>
          <w:p w14:paraId="21941E9B" w14:textId="77777777" w:rsidR="00806DD1" w:rsidRDefault="0061249D">
            <w:r>
              <w:t>-476,00</w:t>
            </w:r>
          </w:p>
        </w:tc>
        <w:tc>
          <w:tcPr>
            <w:tcW w:w="1728" w:type="dxa"/>
          </w:tcPr>
          <w:p w14:paraId="4A66DC8D" w14:textId="77777777" w:rsidR="00806DD1" w:rsidRDefault="0061249D">
            <w:r>
              <w:t>0,00</w:t>
            </w:r>
          </w:p>
        </w:tc>
        <w:tc>
          <w:tcPr>
            <w:tcW w:w="1728" w:type="dxa"/>
          </w:tcPr>
          <w:p w14:paraId="6727E88F" w14:textId="77777777" w:rsidR="00806DD1" w:rsidRDefault="0061249D">
            <w:r>
              <w:t>-476,00</w:t>
            </w:r>
          </w:p>
        </w:tc>
        <w:tc>
          <w:tcPr>
            <w:tcW w:w="1728" w:type="dxa"/>
          </w:tcPr>
          <w:p w14:paraId="01119FE7" w14:textId="77777777" w:rsidR="00806DD1" w:rsidRDefault="0061249D">
            <w:r>
              <w:t>0,00</w:t>
            </w:r>
          </w:p>
        </w:tc>
      </w:tr>
      <w:tr w:rsidR="00806DD1" w14:paraId="6353E4A1" w14:textId="77777777">
        <w:tc>
          <w:tcPr>
            <w:tcW w:w="1728" w:type="dxa"/>
          </w:tcPr>
          <w:p w14:paraId="7A9F82F7" w14:textId="77777777" w:rsidR="00806DD1" w:rsidRDefault="0061249D">
            <w:r>
              <w:t>6250 Postbefordran</w:t>
            </w:r>
          </w:p>
        </w:tc>
        <w:tc>
          <w:tcPr>
            <w:tcW w:w="1728" w:type="dxa"/>
          </w:tcPr>
          <w:p w14:paraId="547041A4" w14:textId="77777777" w:rsidR="00806DD1" w:rsidRDefault="0061249D">
            <w:r>
              <w:t>-2 940,00</w:t>
            </w:r>
          </w:p>
        </w:tc>
        <w:tc>
          <w:tcPr>
            <w:tcW w:w="1728" w:type="dxa"/>
          </w:tcPr>
          <w:p w14:paraId="71931534" w14:textId="77777777" w:rsidR="00806DD1" w:rsidRDefault="0061249D">
            <w:r>
              <w:t>-4 000,00</w:t>
            </w:r>
          </w:p>
        </w:tc>
        <w:tc>
          <w:tcPr>
            <w:tcW w:w="1728" w:type="dxa"/>
          </w:tcPr>
          <w:p w14:paraId="32A169EC" w14:textId="77777777" w:rsidR="00806DD1" w:rsidRDefault="0061249D">
            <w:r>
              <w:t>-2 940,00</w:t>
            </w:r>
          </w:p>
        </w:tc>
        <w:tc>
          <w:tcPr>
            <w:tcW w:w="1728" w:type="dxa"/>
          </w:tcPr>
          <w:p w14:paraId="75694A4A" w14:textId="77777777" w:rsidR="00806DD1" w:rsidRDefault="0061249D">
            <w:r>
              <w:t>-4 000,00</w:t>
            </w:r>
          </w:p>
        </w:tc>
      </w:tr>
      <w:tr w:rsidR="00806DD1" w14:paraId="47C840EE" w14:textId="77777777">
        <w:tc>
          <w:tcPr>
            <w:tcW w:w="1728" w:type="dxa"/>
          </w:tcPr>
          <w:p w14:paraId="2476D61F" w14:textId="77777777" w:rsidR="00806DD1" w:rsidRDefault="0061249D">
            <w:r>
              <w:t>6410 Styrelseersättningar</w:t>
            </w:r>
          </w:p>
        </w:tc>
        <w:tc>
          <w:tcPr>
            <w:tcW w:w="1728" w:type="dxa"/>
          </w:tcPr>
          <w:p w14:paraId="7E0130BC" w14:textId="77777777" w:rsidR="00806DD1" w:rsidRDefault="0061249D">
            <w:r>
              <w:t>-5 050,00</w:t>
            </w:r>
          </w:p>
        </w:tc>
        <w:tc>
          <w:tcPr>
            <w:tcW w:w="1728" w:type="dxa"/>
          </w:tcPr>
          <w:p w14:paraId="0EB79576" w14:textId="77777777" w:rsidR="00806DD1" w:rsidRDefault="0061249D">
            <w:r>
              <w:t>-5 200,00</w:t>
            </w:r>
          </w:p>
        </w:tc>
        <w:tc>
          <w:tcPr>
            <w:tcW w:w="1728" w:type="dxa"/>
          </w:tcPr>
          <w:p w14:paraId="33ED7868" w14:textId="77777777" w:rsidR="00806DD1" w:rsidRDefault="0061249D">
            <w:r>
              <w:t>-5 050,00</w:t>
            </w:r>
          </w:p>
        </w:tc>
        <w:tc>
          <w:tcPr>
            <w:tcW w:w="1728" w:type="dxa"/>
          </w:tcPr>
          <w:p w14:paraId="3830EB86" w14:textId="77777777" w:rsidR="00806DD1" w:rsidRDefault="0061249D">
            <w:r>
              <w:t>-5 200,00</w:t>
            </w:r>
          </w:p>
        </w:tc>
      </w:tr>
      <w:tr w:rsidR="00806DD1" w14:paraId="69D99048" w14:textId="77777777">
        <w:tc>
          <w:tcPr>
            <w:tcW w:w="1728" w:type="dxa"/>
          </w:tcPr>
          <w:p w14:paraId="686FCEB6" w14:textId="77777777" w:rsidR="00806DD1" w:rsidRDefault="0061249D">
            <w:r>
              <w:t>6420 Ersättningar till revisor</w:t>
            </w:r>
          </w:p>
        </w:tc>
        <w:tc>
          <w:tcPr>
            <w:tcW w:w="1728" w:type="dxa"/>
          </w:tcPr>
          <w:p w14:paraId="245A1DAC" w14:textId="77777777" w:rsidR="00806DD1" w:rsidRDefault="0061249D">
            <w:r>
              <w:t>-600,00</w:t>
            </w:r>
          </w:p>
        </w:tc>
        <w:tc>
          <w:tcPr>
            <w:tcW w:w="1728" w:type="dxa"/>
          </w:tcPr>
          <w:p w14:paraId="30310522" w14:textId="77777777" w:rsidR="00806DD1" w:rsidRDefault="0061249D">
            <w:r>
              <w:t>-600,00</w:t>
            </w:r>
          </w:p>
        </w:tc>
        <w:tc>
          <w:tcPr>
            <w:tcW w:w="1728" w:type="dxa"/>
          </w:tcPr>
          <w:p w14:paraId="639EC549" w14:textId="77777777" w:rsidR="00806DD1" w:rsidRDefault="0061249D">
            <w:r>
              <w:t>-600,00</w:t>
            </w:r>
          </w:p>
        </w:tc>
        <w:tc>
          <w:tcPr>
            <w:tcW w:w="1728" w:type="dxa"/>
          </w:tcPr>
          <w:p w14:paraId="5D037CDA" w14:textId="77777777" w:rsidR="00806DD1" w:rsidRDefault="0061249D">
            <w:r>
              <w:t>-600,00</w:t>
            </w:r>
          </w:p>
        </w:tc>
      </w:tr>
      <w:tr w:rsidR="00806DD1" w14:paraId="7EC70094" w14:textId="77777777">
        <w:tc>
          <w:tcPr>
            <w:tcW w:w="1728" w:type="dxa"/>
          </w:tcPr>
          <w:p w14:paraId="5A81193C" w14:textId="77777777" w:rsidR="00806DD1" w:rsidRDefault="0061249D">
            <w:r>
              <w:t>6540 IT-tjänster</w:t>
            </w:r>
          </w:p>
        </w:tc>
        <w:tc>
          <w:tcPr>
            <w:tcW w:w="1728" w:type="dxa"/>
          </w:tcPr>
          <w:p w14:paraId="25B1EF09" w14:textId="77777777" w:rsidR="00806DD1" w:rsidRDefault="0061249D">
            <w:r>
              <w:t>-2 801,78</w:t>
            </w:r>
          </w:p>
        </w:tc>
        <w:tc>
          <w:tcPr>
            <w:tcW w:w="1728" w:type="dxa"/>
          </w:tcPr>
          <w:p w14:paraId="362BF6C0" w14:textId="77777777" w:rsidR="00806DD1" w:rsidRDefault="0061249D">
            <w:r>
              <w:t>-2 760,82</w:t>
            </w:r>
          </w:p>
        </w:tc>
        <w:tc>
          <w:tcPr>
            <w:tcW w:w="1728" w:type="dxa"/>
          </w:tcPr>
          <w:p w14:paraId="4FA5EC5B" w14:textId="77777777" w:rsidR="00806DD1" w:rsidRDefault="0061249D">
            <w:r>
              <w:t>-2 801,78</w:t>
            </w:r>
          </w:p>
        </w:tc>
        <w:tc>
          <w:tcPr>
            <w:tcW w:w="1728" w:type="dxa"/>
          </w:tcPr>
          <w:p w14:paraId="2B693946" w14:textId="77777777" w:rsidR="00806DD1" w:rsidRDefault="0061249D">
            <w:r>
              <w:t>-2 760,82</w:t>
            </w:r>
          </w:p>
        </w:tc>
      </w:tr>
      <w:tr w:rsidR="00806DD1" w14:paraId="2FB0E1A1" w14:textId="77777777">
        <w:tc>
          <w:tcPr>
            <w:tcW w:w="1728" w:type="dxa"/>
          </w:tcPr>
          <w:p w14:paraId="336E18EA" w14:textId="77777777" w:rsidR="00806DD1" w:rsidRDefault="0061249D">
            <w:r>
              <w:lastRenderedPageBreak/>
              <w:t>6570 Bankkostnader</w:t>
            </w:r>
          </w:p>
        </w:tc>
        <w:tc>
          <w:tcPr>
            <w:tcW w:w="1728" w:type="dxa"/>
          </w:tcPr>
          <w:p w14:paraId="21BE9942" w14:textId="77777777" w:rsidR="00806DD1" w:rsidRDefault="0061249D">
            <w:r>
              <w:t>-959,25</w:t>
            </w:r>
          </w:p>
        </w:tc>
        <w:tc>
          <w:tcPr>
            <w:tcW w:w="1728" w:type="dxa"/>
          </w:tcPr>
          <w:p w14:paraId="280A410F" w14:textId="77777777" w:rsidR="00806DD1" w:rsidRDefault="0061249D">
            <w:r>
              <w:t>-957,40</w:t>
            </w:r>
          </w:p>
        </w:tc>
        <w:tc>
          <w:tcPr>
            <w:tcW w:w="1728" w:type="dxa"/>
          </w:tcPr>
          <w:p w14:paraId="2C6EAC40" w14:textId="77777777" w:rsidR="00806DD1" w:rsidRDefault="0061249D">
            <w:r>
              <w:t>-959,25</w:t>
            </w:r>
          </w:p>
        </w:tc>
        <w:tc>
          <w:tcPr>
            <w:tcW w:w="1728" w:type="dxa"/>
          </w:tcPr>
          <w:p w14:paraId="2CD2D7E3" w14:textId="77777777" w:rsidR="00806DD1" w:rsidRDefault="0061249D">
            <w:r>
              <w:t>-957,40</w:t>
            </w:r>
          </w:p>
        </w:tc>
      </w:tr>
      <w:tr w:rsidR="00806DD1" w14:paraId="5E93900E" w14:textId="77777777">
        <w:tc>
          <w:tcPr>
            <w:tcW w:w="1728" w:type="dxa"/>
          </w:tcPr>
          <w:p w14:paraId="2FCC9FE0" w14:textId="77777777" w:rsidR="00806DD1" w:rsidRDefault="0061249D">
            <w:r>
              <w:t>6980 Föreningsavgifter</w:t>
            </w:r>
          </w:p>
        </w:tc>
        <w:tc>
          <w:tcPr>
            <w:tcW w:w="1728" w:type="dxa"/>
          </w:tcPr>
          <w:p w14:paraId="581E2BAA" w14:textId="77777777" w:rsidR="00806DD1" w:rsidRDefault="0061249D">
            <w:r>
              <w:t>-200,00</w:t>
            </w:r>
          </w:p>
        </w:tc>
        <w:tc>
          <w:tcPr>
            <w:tcW w:w="1728" w:type="dxa"/>
          </w:tcPr>
          <w:p w14:paraId="187E0A0D" w14:textId="77777777" w:rsidR="00806DD1" w:rsidRDefault="0061249D">
            <w:r>
              <w:t>-200,00</w:t>
            </w:r>
          </w:p>
        </w:tc>
        <w:tc>
          <w:tcPr>
            <w:tcW w:w="1728" w:type="dxa"/>
          </w:tcPr>
          <w:p w14:paraId="365460C7" w14:textId="77777777" w:rsidR="00806DD1" w:rsidRDefault="0061249D">
            <w:r>
              <w:t>-200,00</w:t>
            </w:r>
          </w:p>
        </w:tc>
        <w:tc>
          <w:tcPr>
            <w:tcW w:w="1728" w:type="dxa"/>
          </w:tcPr>
          <w:p w14:paraId="5E1173C7" w14:textId="77777777" w:rsidR="00806DD1" w:rsidRDefault="0061249D">
            <w:r>
              <w:t>-200,00</w:t>
            </w:r>
          </w:p>
        </w:tc>
      </w:tr>
      <w:tr w:rsidR="00806DD1" w14:paraId="33B8A230" w14:textId="77777777">
        <w:tc>
          <w:tcPr>
            <w:tcW w:w="1728" w:type="dxa"/>
          </w:tcPr>
          <w:p w14:paraId="5E0A3F1A" w14:textId="77777777" w:rsidR="00806DD1" w:rsidRDefault="0061249D">
            <w:r>
              <w:t>6993 Lämnade bidrag och gåvor</w:t>
            </w:r>
          </w:p>
        </w:tc>
        <w:tc>
          <w:tcPr>
            <w:tcW w:w="1728" w:type="dxa"/>
          </w:tcPr>
          <w:p w14:paraId="4A23B65D" w14:textId="77777777" w:rsidR="00806DD1" w:rsidRDefault="0061249D">
            <w:r>
              <w:t>-300,00</w:t>
            </w:r>
          </w:p>
        </w:tc>
        <w:tc>
          <w:tcPr>
            <w:tcW w:w="1728" w:type="dxa"/>
          </w:tcPr>
          <w:p w14:paraId="5717F988" w14:textId="77777777" w:rsidR="00806DD1" w:rsidRDefault="0061249D">
            <w:r>
              <w:t>0,00</w:t>
            </w:r>
          </w:p>
        </w:tc>
        <w:tc>
          <w:tcPr>
            <w:tcW w:w="1728" w:type="dxa"/>
          </w:tcPr>
          <w:p w14:paraId="4DCCB7E3" w14:textId="77777777" w:rsidR="00806DD1" w:rsidRDefault="0061249D">
            <w:r>
              <w:t>-300,00</w:t>
            </w:r>
          </w:p>
        </w:tc>
        <w:tc>
          <w:tcPr>
            <w:tcW w:w="1728" w:type="dxa"/>
          </w:tcPr>
          <w:p w14:paraId="41B7655E" w14:textId="77777777" w:rsidR="00806DD1" w:rsidRDefault="0061249D">
            <w:r>
              <w:t>0,00</w:t>
            </w:r>
          </w:p>
        </w:tc>
      </w:tr>
      <w:tr w:rsidR="00806DD1" w14:paraId="2C65536D" w14:textId="77777777">
        <w:tc>
          <w:tcPr>
            <w:tcW w:w="1728" w:type="dxa"/>
          </w:tcPr>
          <w:p w14:paraId="4D32D983" w14:textId="77777777" w:rsidR="00806DD1" w:rsidRDefault="00806DD1"/>
        </w:tc>
        <w:tc>
          <w:tcPr>
            <w:tcW w:w="1728" w:type="dxa"/>
          </w:tcPr>
          <w:p w14:paraId="32CF5AC5" w14:textId="77777777" w:rsidR="00806DD1" w:rsidRDefault="0061249D">
            <w:r>
              <w:t>-23 837,85</w:t>
            </w:r>
          </w:p>
        </w:tc>
        <w:tc>
          <w:tcPr>
            <w:tcW w:w="1728" w:type="dxa"/>
          </w:tcPr>
          <w:p w14:paraId="57DA0BC9" w14:textId="77777777" w:rsidR="00806DD1" w:rsidRDefault="0061249D">
            <w:r>
              <w:t>-26 526,54</w:t>
            </w:r>
          </w:p>
        </w:tc>
        <w:tc>
          <w:tcPr>
            <w:tcW w:w="1728" w:type="dxa"/>
          </w:tcPr>
          <w:p w14:paraId="6302FE27" w14:textId="77777777" w:rsidR="00806DD1" w:rsidRDefault="0061249D">
            <w:r>
              <w:t>-23 837,85</w:t>
            </w:r>
          </w:p>
        </w:tc>
        <w:tc>
          <w:tcPr>
            <w:tcW w:w="1728" w:type="dxa"/>
          </w:tcPr>
          <w:p w14:paraId="04DCF9BC" w14:textId="77777777" w:rsidR="00806DD1" w:rsidRDefault="0061249D">
            <w:r>
              <w:t>-26 526,54</w:t>
            </w:r>
          </w:p>
        </w:tc>
      </w:tr>
      <w:tr w:rsidR="00806DD1" w14:paraId="0201ACCE" w14:textId="77777777">
        <w:tc>
          <w:tcPr>
            <w:tcW w:w="1728" w:type="dxa"/>
          </w:tcPr>
          <w:p w14:paraId="463E43EE" w14:textId="77777777" w:rsidR="00806DD1" w:rsidRDefault="0061249D">
            <w:r>
              <w:t>Personalkostnader</w:t>
            </w:r>
          </w:p>
        </w:tc>
        <w:tc>
          <w:tcPr>
            <w:tcW w:w="1728" w:type="dxa"/>
          </w:tcPr>
          <w:p w14:paraId="5DC0D84D" w14:textId="77777777" w:rsidR="00806DD1" w:rsidRDefault="00806DD1"/>
        </w:tc>
        <w:tc>
          <w:tcPr>
            <w:tcW w:w="1728" w:type="dxa"/>
          </w:tcPr>
          <w:p w14:paraId="4A36EFD1" w14:textId="77777777" w:rsidR="00806DD1" w:rsidRDefault="00806DD1"/>
        </w:tc>
        <w:tc>
          <w:tcPr>
            <w:tcW w:w="1728" w:type="dxa"/>
          </w:tcPr>
          <w:p w14:paraId="389B09B5" w14:textId="77777777" w:rsidR="00806DD1" w:rsidRDefault="00806DD1"/>
        </w:tc>
        <w:tc>
          <w:tcPr>
            <w:tcW w:w="1728" w:type="dxa"/>
          </w:tcPr>
          <w:p w14:paraId="2ED023FF" w14:textId="77777777" w:rsidR="00806DD1" w:rsidRDefault="00806DD1"/>
        </w:tc>
      </w:tr>
      <w:tr w:rsidR="00806DD1" w14:paraId="761D9A6B" w14:textId="77777777">
        <w:tc>
          <w:tcPr>
            <w:tcW w:w="1728" w:type="dxa"/>
          </w:tcPr>
          <w:p w14:paraId="154F1309" w14:textId="77777777" w:rsidR="00806DD1" w:rsidRDefault="0061249D">
            <w:r>
              <w:t>7630 Personalrepresentation</w:t>
            </w:r>
          </w:p>
        </w:tc>
        <w:tc>
          <w:tcPr>
            <w:tcW w:w="1728" w:type="dxa"/>
          </w:tcPr>
          <w:p w14:paraId="1599FC98" w14:textId="77777777" w:rsidR="00806DD1" w:rsidRDefault="0061249D">
            <w:r>
              <w:t>-192,90</w:t>
            </w:r>
          </w:p>
        </w:tc>
        <w:tc>
          <w:tcPr>
            <w:tcW w:w="1728" w:type="dxa"/>
          </w:tcPr>
          <w:p w14:paraId="4F7BFFCD" w14:textId="77777777" w:rsidR="00806DD1" w:rsidRDefault="0061249D">
            <w:r>
              <w:t>0,00</w:t>
            </w:r>
          </w:p>
        </w:tc>
        <w:tc>
          <w:tcPr>
            <w:tcW w:w="1728" w:type="dxa"/>
          </w:tcPr>
          <w:p w14:paraId="6311383B" w14:textId="77777777" w:rsidR="00806DD1" w:rsidRDefault="0061249D">
            <w:r>
              <w:t>-192,90</w:t>
            </w:r>
          </w:p>
        </w:tc>
        <w:tc>
          <w:tcPr>
            <w:tcW w:w="1728" w:type="dxa"/>
          </w:tcPr>
          <w:p w14:paraId="26A72AB1" w14:textId="77777777" w:rsidR="00806DD1" w:rsidRDefault="0061249D">
            <w:r>
              <w:t>0,00</w:t>
            </w:r>
          </w:p>
        </w:tc>
      </w:tr>
      <w:tr w:rsidR="00806DD1" w14:paraId="3670A539" w14:textId="77777777">
        <w:tc>
          <w:tcPr>
            <w:tcW w:w="1728" w:type="dxa"/>
          </w:tcPr>
          <w:p w14:paraId="68B9FE12" w14:textId="77777777" w:rsidR="00806DD1" w:rsidRDefault="0061249D">
            <w:r>
              <w:t>Av/nedskrivningar av materiella och immateriella anläggningstillgångar</w:t>
            </w:r>
          </w:p>
        </w:tc>
        <w:tc>
          <w:tcPr>
            <w:tcW w:w="1728" w:type="dxa"/>
          </w:tcPr>
          <w:p w14:paraId="4254D47A" w14:textId="77777777" w:rsidR="00806DD1" w:rsidRDefault="00806DD1"/>
        </w:tc>
        <w:tc>
          <w:tcPr>
            <w:tcW w:w="1728" w:type="dxa"/>
          </w:tcPr>
          <w:p w14:paraId="4B68214A" w14:textId="77777777" w:rsidR="00806DD1" w:rsidRDefault="00806DD1"/>
        </w:tc>
        <w:tc>
          <w:tcPr>
            <w:tcW w:w="1728" w:type="dxa"/>
          </w:tcPr>
          <w:p w14:paraId="74D1ECF8" w14:textId="77777777" w:rsidR="00806DD1" w:rsidRDefault="00806DD1"/>
        </w:tc>
        <w:tc>
          <w:tcPr>
            <w:tcW w:w="1728" w:type="dxa"/>
          </w:tcPr>
          <w:p w14:paraId="347CE52C" w14:textId="77777777" w:rsidR="00806DD1" w:rsidRDefault="00806DD1"/>
        </w:tc>
      </w:tr>
      <w:tr w:rsidR="00806DD1" w14:paraId="1F5563CC" w14:textId="77777777">
        <w:tc>
          <w:tcPr>
            <w:tcW w:w="1728" w:type="dxa"/>
          </w:tcPr>
          <w:p w14:paraId="1A7F4630" w14:textId="77777777" w:rsidR="00806DD1" w:rsidRDefault="0061249D">
            <w:r>
              <w:t>7832 Avskrivningar på inventarier och verktyg</w:t>
            </w:r>
          </w:p>
        </w:tc>
        <w:tc>
          <w:tcPr>
            <w:tcW w:w="1728" w:type="dxa"/>
          </w:tcPr>
          <w:p w14:paraId="1FB4680C" w14:textId="77777777" w:rsidR="00806DD1" w:rsidRDefault="0061249D">
            <w:r>
              <w:t>-348,00</w:t>
            </w:r>
          </w:p>
        </w:tc>
        <w:tc>
          <w:tcPr>
            <w:tcW w:w="1728" w:type="dxa"/>
          </w:tcPr>
          <w:p w14:paraId="67084835" w14:textId="77777777" w:rsidR="00806DD1" w:rsidRDefault="0061249D">
            <w:r>
              <w:t>-348,00</w:t>
            </w:r>
          </w:p>
        </w:tc>
        <w:tc>
          <w:tcPr>
            <w:tcW w:w="1728" w:type="dxa"/>
          </w:tcPr>
          <w:p w14:paraId="43C70DC4" w14:textId="77777777" w:rsidR="00806DD1" w:rsidRDefault="0061249D">
            <w:r>
              <w:t>-348,00</w:t>
            </w:r>
          </w:p>
        </w:tc>
        <w:tc>
          <w:tcPr>
            <w:tcW w:w="1728" w:type="dxa"/>
          </w:tcPr>
          <w:p w14:paraId="4668035A" w14:textId="77777777" w:rsidR="00806DD1" w:rsidRDefault="0061249D">
            <w:r>
              <w:t>-348,00</w:t>
            </w:r>
          </w:p>
        </w:tc>
      </w:tr>
      <w:tr w:rsidR="00806DD1" w14:paraId="37CD768C" w14:textId="77777777">
        <w:tc>
          <w:tcPr>
            <w:tcW w:w="1728" w:type="dxa"/>
          </w:tcPr>
          <w:p w14:paraId="29E24341" w14:textId="77777777" w:rsidR="00806DD1" w:rsidRDefault="0061249D">
            <w:r>
              <w:t>Summa rörelsens kostnader</w:t>
            </w:r>
          </w:p>
        </w:tc>
        <w:tc>
          <w:tcPr>
            <w:tcW w:w="1728" w:type="dxa"/>
          </w:tcPr>
          <w:p w14:paraId="683AECA7" w14:textId="77777777" w:rsidR="00806DD1" w:rsidRDefault="0061249D">
            <w:r>
              <w:t>-24 378,75</w:t>
            </w:r>
          </w:p>
        </w:tc>
        <w:tc>
          <w:tcPr>
            <w:tcW w:w="1728" w:type="dxa"/>
          </w:tcPr>
          <w:p w14:paraId="3795ACEB" w14:textId="77777777" w:rsidR="00806DD1" w:rsidRDefault="0061249D">
            <w:r>
              <w:t>-26 874,54</w:t>
            </w:r>
          </w:p>
        </w:tc>
        <w:tc>
          <w:tcPr>
            <w:tcW w:w="1728" w:type="dxa"/>
          </w:tcPr>
          <w:p w14:paraId="04177C94" w14:textId="77777777" w:rsidR="00806DD1" w:rsidRDefault="0061249D">
            <w:r>
              <w:t>-24 378,75</w:t>
            </w:r>
          </w:p>
        </w:tc>
        <w:tc>
          <w:tcPr>
            <w:tcW w:w="1728" w:type="dxa"/>
          </w:tcPr>
          <w:p w14:paraId="1412FF01" w14:textId="77777777" w:rsidR="00806DD1" w:rsidRDefault="0061249D">
            <w:r>
              <w:t>-26 874,54</w:t>
            </w:r>
          </w:p>
        </w:tc>
      </w:tr>
      <w:tr w:rsidR="00806DD1" w14:paraId="6136DC44" w14:textId="77777777">
        <w:tc>
          <w:tcPr>
            <w:tcW w:w="1728" w:type="dxa"/>
          </w:tcPr>
          <w:p w14:paraId="6049A0A4" w14:textId="77777777" w:rsidR="00806DD1" w:rsidRDefault="0061249D">
            <w:r>
              <w:t>Rörelseresultat</w:t>
            </w:r>
          </w:p>
        </w:tc>
        <w:tc>
          <w:tcPr>
            <w:tcW w:w="1728" w:type="dxa"/>
          </w:tcPr>
          <w:p w14:paraId="03A48DDF" w14:textId="77777777" w:rsidR="00806DD1" w:rsidRDefault="0061249D">
            <w:r>
              <w:t>917,47</w:t>
            </w:r>
          </w:p>
        </w:tc>
        <w:tc>
          <w:tcPr>
            <w:tcW w:w="1728" w:type="dxa"/>
          </w:tcPr>
          <w:p w14:paraId="5AE352C4" w14:textId="77777777" w:rsidR="00806DD1" w:rsidRDefault="0061249D">
            <w:r>
              <w:t>227,57</w:t>
            </w:r>
          </w:p>
        </w:tc>
        <w:tc>
          <w:tcPr>
            <w:tcW w:w="1728" w:type="dxa"/>
          </w:tcPr>
          <w:p w14:paraId="5DEB103A" w14:textId="77777777" w:rsidR="00806DD1" w:rsidRDefault="0061249D">
            <w:r>
              <w:t>917,47</w:t>
            </w:r>
          </w:p>
        </w:tc>
        <w:tc>
          <w:tcPr>
            <w:tcW w:w="1728" w:type="dxa"/>
          </w:tcPr>
          <w:p w14:paraId="1DDA77E9" w14:textId="77777777" w:rsidR="00806DD1" w:rsidRDefault="0061249D">
            <w:r>
              <w:t>227,57</w:t>
            </w:r>
          </w:p>
        </w:tc>
      </w:tr>
      <w:tr w:rsidR="00806DD1" w14:paraId="6D19F2C2" w14:textId="77777777">
        <w:tc>
          <w:tcPr>
            <w:tcW w:w="1728" w:type="dxa"/>
          </w:tcPr>
          <w:p w14:paraId="10AD0681" w14:textId="77777777" w:rsidR="00806DD1" w:rsidRDefault="0061249D">
            <w:r>
              <w:t>Finansiella poster</w:t>
            </w:r>
          </w:p>
        </w:tc>
        <w:tc>
          <w:tcPr>
            <w:tcW w:w="1728" w:type="dxa"/>
          </w:tcPr>
          <w:p w14:paraId="58DF489F" w14:textId="77777777" w:rsidR="00806DD1" w:rsidRDefault="00806DD1"/>
        </w:tc>
        <w:tc>
          <w:tcPr>
            <w:tcW w:w="1728" w:type="dxa"/>
          </w:tcPr>
          <w:p w14:paraId="08F1D9BA" w14:textId="77777777" w:rsidR="00806DD1" w:rsidRDefault="00806DD1"/>
        </w:tc>
        <w:tc>
          <w:tcPr>
            <w:tcW w:w="1728" w:type="dxa"/>
          </w:tcPr>
          <w:p w14:paraId="413A5F81" w14:textId="77777777" w:rsidR="00806DD1" w:rsidRDefault="00806DD1"/>
        </w:tc>
        <w:tc>
          <w:tcPr>
            <w:tcW w:w="1728" w:type="dxa"/>
          </w:tcPr>
          <w:p w14:paraId="776EB4C5" w14:textId="77777777" w:rsidR="00806DD1" w:rsidRDefault="00806DD1"/>
        </w:tc>
      </w:tr>
      <w:tr w:rsidR="00806DD1" w14:paraId="5165194B" w14:textId="77777777">
        <w:tc>
          <w:tcPr>
            <w:tcW w:w="1728" w:type="dxa"/>
          </w:tcPr>
          <w:p w14:paraId="1782ECCC" w14:textId="77777777" w:rsidR="00806DD1" w:rsidRDefault="0061249D">
            <w:r>
              <w:t>Resultat från övriga värdepapper och fordringar som är anläggningstillgångar</w:t>
            </w:r>
          </w:p>
        </w:tc>
        <w:tc>
          <w:tcPr>
            <w:tcW w:w="1728" w:type="dxa"/>
          </w:tcPr>
          <w:p w14:paraId="14C30C61" w14:textId="77777777" w:rsidR="00806DD1" w:rsidRDefault="00806DD1"/>
        </w:tc>
        <w:tc>
          <w:tcPr>
            <w:tcW w:w="1728" w:type="dxa"/>
          </w:tcPr>
          <w:p w14:paraId="19BE968B" w14:textId="77777777" w:rsidR="00806DD1" w:rsidRDefault="00806DD1"/>
        </w:tc>
        <w:tc>
          <w:tcPr>
            <w:tcW w:w="1728" w:type="dxa"/>
          </w:tcPr>
          <w:p w14:paraId="3FA219E7" w14:textId="77777777" w:rsidR="00806DD1" w:rsidRDefault="00806DD1"/>
        </w:tc>
        <w:tc>
          <w:tcPr>
            <w:tcW w:w="1728" w:type="dxa"/>
          </w:tcPr>
          <w:p w14:paraId="48C890BA" w14:textId="77777777" w:rsidR="00806DD1" w:rsidRDefault="00806DD1"/>
        </w:tc>
      </w:tr>
      <w:tr w:rsidR="00806DD1" w14:paraId="33126465" w14:textId="77777777">
        <w:tc>
          <w:tcPr>
            <w:tcW w:w="1728" w:type="dxa"/>
          </w:tcPr>
          <w:p w14:paraId="2E883767" w14:textId="77777777" w:rsidR="00806DD1" w:rsidRDefault="0061249D">
            <w:r>
              <w:t>8291 Orealiserade värdeförändr. på anläggningstillg.</w:t>
            </w:r>
          </w:p>
        </w:tc>
        <w:tc>
          <w:tcPr>
            <w:tcW w:w="1728" w:type="dxa"/>
          </w:tcPr>
          <w:p w14:paraId="3AC22623" w14:textId="77777777" w:rsidR="00806DD1" w:rsidRDefault="0061249D">
            <w:r>
              <w:t>1 318,56</w:t>
            </w:r>
          </w:p>
        </w:tc>
        <w:tc>
          <w:tcPr>
            <w:tcW w:w="1728" w:type="dxa"/>
          </w:tcPr>
          <w:p w14:paraId="453DDDA3" w14:textId="77777777" w:rsidR="00806DD1" w:rsidRDefault="0061249D">
            <w:r>
              <w:t>-176,23</w:t>
            </w:r>
          </w:p>
        </w:tc>
        <w:tc>
          <w:tcPr>
            <w:tcW w:w="1728" w:type="dxa"/>
          </w:tcPr>
          <w:p w14:paraId="716C96A5" w14:textId="77777777" w:rsidR="00806DD1" w:rsidRDefault="0061249D">
            <w:r>
              <w:t>1 318,56</w:t>
            </w:r>
          </w:p>
        </w:tc>
        <w:tc>
          <w:tcPr>
            <w:tcW w:w="1728" w:type="dxa"/>
          </w:tcPr>
          <w:p w14:paraId="6DDC2F60" w14:textId="77777777" w:rsidR="00806DD1" w:rsidRDefault="0061249D">
            <w:r>
              <w:t>-176,23</w:t>
            </w:r>
          </w:p>
        </w:tc>
      </w:tr>
      <w:tr w:rsidR="00806DD1" w14:paraId="4239EEA7" w14:textId="77777777">
        <w:tc>
          <w:tcPr>
            <w:tcW w:w="1728" w:type="dxa"/>
          </w:tcPr>
          <w:p w14:paraId="63A24D88" w14:textId="77777777" w:rsidR="00806DD1" w:rsidRDefault="0061249D">
            <w:r>
              <w:t>Räntekostnader och liknande resultatposter</w:t>
            </w:r>
          </w:p>
        </w:tc>
        <w:tc>
          <w:tcPr>
            <w:tcW w:w="1728" w:type="dxa"/>
          </w:tcPr>
          <w:p w14:paraId="64854840" w14:textId="77777777" w:rsidR="00806DD1" w:rsidRDefault="00806DD1"/>
        </w:tc>
        <w:tc>
          <w:tcPr>
            <w:tcW w:w="1728" w:type="dxa"/>
          </w:tcPr>
          <w:p w14:paraId="6831A407" w14:textId="77777777" w:rsidR="00806DD1" w:rsidRDefault="0061249D">
            <w:r>
              <w:t>-4,84</w:t>
            </w:r>
          </w:p>
        </w:tc>
        <w:tc>
          <w:tcPr>
            <w:tcW w:w="1728" w:type="dxa"/>
          </w:tcPr>
          <w:p w14:paraId="536E8625" w14:textId="77777777" w:rsidR="00806DD1" w:rsidRDefault="00806DD1"/>
        </w:tc>
        <w:tc>
          <w:tcPr>
            <w:tcW w:w="1728" w:type="dxa"/>
          </w:tcPr>
          <w:p w14:paraId="521D1EF8" w14:textId="77777777" w:rsidR="00806DD1" w:rsidRDefault="00806DD1"/>
        </w:tc>
      </w:tr>
      <w:tr w:rsidR="00806DD1" w14:paraId="6719C434" w14:textId="77777777">
        <w:tc>
          <w:tcPr>
            <w:tcW w:w="1728" w:type="dxa"/>
          </w:tcPr>
          <w:p w14:paraId="43855F59" w14:textId="77777777" w:rsidR="00806DD1" w:rsidRDefault="0061249D">
            <w:r>
              <w:t>8400 Räntekostnader (gruppkonto)</w:t>
            </w:r>
          </w:p>
        </w:tc>
        <w:tc>
          <w:tcPr>
            <w:tcW w:w="1728" w:type="dxa"/>
          </w:tcPr>
          <w:p w14:paraId="6EA7BBA3" w14:textId="77777777" w:rsidR="00806DD1" w:rsidRDefault="0061249D">
            <w:r>
              <w:t>-0,84</w:t>
            </w:r>
          </w:p>
        </w:tc>
        <w:tc>
          <w:tcPr>
            <w:tcW w:w="1728" w:type="dxa"/>
          </w:tcPr>
          <w:p w14:paraId="33D6420B" w14:textId="77777777" w:rsidR="00806DD1" w:rsidRDefault="00806DD1"/>
        </w:tc>
        <w:tc>
          <w:tcPr>
            <w:tcW w:w="1728" w:type="dxa"/>
          </w:tcPr>
          <w:p w14:paraId="3DB07424" w14:textId="77777777" w:rsidR="00806DD1" w:rsidRDefault="0061249D">
            <w:r>
              <w:t>-0,84</w:t>
            </w:r>
          </w:p>
        </w:tc>
        <w:tc>
          <w:tcPr>
            <w:tcW w:w="1728" w:type="dxa"/>
          </w:tcPr>
          <w:p w14:paraId="3564623E" w14:textId="77777777" w:rsidR="00806DD1" w:rsidRDefault="0061249D">
            <w:r>
              <w:t>-4,84</w:t>
            </w:r>
          </w:p>
        </w:tc>
      </w:tr>
      <w:tr w:rsidR="00806DD1" w14:paraId="2AA5BB60" w14:textId="77777777">
        <w:tc>
          <w:tcPr>
            <w:tcW w:w="1728" w:type="dxa"/>
          </w:tcPr>
          <w:p w14:paraId="6288FD5E" w14:textId="77777777" w:rsidR="00806DD1" w:rsidRDefault="0061249D">
            <w:r>
              <w:t>Resultat efter finansiella poster</w:t>
            </w:r>
          </w:p>
        </w:tc>
        <w:tc>
          <w:tcPr>
            <w:tcW w:w="1728" w:type="dxa"/>
          </w:tcPr>
          <w:p w14:paraId="3C6CF05E" w14:textId="77777777" w:rsidR="00806DD1" w:rsidRDefault="0061249D">
            <w:r>
              <w:t>2 235,19</w:t>
            </w:r>
          </w:p>
        </w:tc>
        <w:tc>
          <w:tcPr>
            <w:tcW w:w="1728" w:type="dxa"/>
          </w:tcPr>
          <w:p w14:paraId="3A4E0B3C" w14:textId="77777777" w:rsidR="00806DD1" w:rsidRDefault="0061249D">
            <w:r>
              <w:t>46,50</w:t>
            </w:r>
          </w:p>
        </w:tc>
        <w:tc>
          <w:tcPr>
            <w:tcW w:w="1728" w:type="dxa"/>
          </w:tcPr>
          <w:p w14:paraId="5F11C267" w14:textId="77777777" w:rsidR="00806DD1" w:rsidRDefault="0061249D">
            <w:r>
              <w:t>2 235,19</w:t>
            </w:r>
          </w:p>
        </w:tc>
        <w:tc>
          <w:tcPr>
            <w:tcW w:w="1728" w:type="dxa"/>
          </w:tcPr>
          <w:p w14:paraId="475BDFCE" w14:textId="77777777" w:rsidR="00806DD1" w:rsidRDefault="0061249D">
            <w:r>
              <w:t>46,50</w:t>
            </w:r>
          </w:p>
        </w:tc>
      </w:tr>
      <w:tr w:rsidR="00806DD1" w14:paraId="6F0CEB85" w14:textId="77777777">
        <w:tc>
          <w:tcPr>
            <w:tcW w:w="1728" w:type="dxa"/>
          </w:tcPr>
          <w:p w14:paraId="33122E0A" w14:textId="77777777" w:rsidR="00806DD1" w:rsidRDefault="0061249D">
            <w:r>
              <w:t>Resultat fore skatt</w:t>
            </w:r>
          </w:p>
        </w:tc>
        <w:tc>
          <w:tcPr>
            <w:tcW w:w="1728" w:type="dxa"/>
          </w:tcPr>
          <w:p w14:paraId="5B7CF924" w14:textId="77777777" w:rsidR="00806DD1" w:rsidRDefault="0061249D">
            <w:r>
              <w:t>2 235,19</w:t>
            </w:r>
          </w:p>
        </w:tc>
        <w:tc>
          <w:tcPr>
            <w:tcW w:w="1728" w:type="dxa"/>
          </w:tcPr>
          <w:p w14:paraId="646ECD2B" w14:textId="77777777" w:rsidR="00806DD1" w:rsidRDefault="0061249D">
            <w:r>
              <w:t>46,50</w:t>
            </w:r>
          </w:p>
        </w:tc>
        <w:tc>
          <w:tcPr>
            <w:tcW w:w="1728" w:type="dxa"/>
          </w:tcPr>
          <w:p w14:paraId="09C1C477" w14:textId="77777777" w:rsidR="00806DD1" w:rsidRDefault="0061249D">
            <w:r>
              <w:t>2 235,19</w:t>
            </w:r>
          </w:p>
        </w:tc>
        <w:tc>
          <w:tcPr>
            <w:tcW w:w="1728" w:type="dxa"/>
          </w:tcPr>
          <w:p w14:paraId="699AB489" w14:textId="77777777" w:rsidR="00806DD1" w:rsidRDefault="0061249D">
            <w:r>
              <w:t>46,50</w:t>
            </w:r>
          </w:p>
        </w:tc>
      </w:tr>
      <w:tr w:rsidR="00806DD1" w14:paraId="25B0E2A3" w14:textId="77777777">
        <w:tc>
          <w:tcPr>
            <w:tcW w:w="1728" w:type="dxa"/>
          </w:tcPr>
          <w:p w14:paraId="5DB441E7" w14:textId="77777777" w:rsidR="00806DD1" w:rsidRDefault="0061249D">
            <w:r>
              <w:t>BERÄKNAT RESULTAT</w:t>
            </w:r>
          </w:p>
        </w:tc>
        <w:tc>
          <w:tcPr>
            <w:tcW w:w="1728" w:type="dxa"/>
          </w:tcPr>
          <w:p w14:paraId="67512D08" w14:textId="77777777" w:rsidR="00806DD1" w:rsidRDefault="0061249D">
            <w:r>
              <w:t>2 235,19</w:t>
            </w:r>
          </w:p>
        </w:tc>
        <w:tc>
          <w:tcPr>
            <w:tcW w:w="1728" w:type="dxa"/>
          </w:tcPr>
          <w:p w14:paraId="30397E40" w14:textId="77777777" w:rsidR="00806DD1" w:rsidRDefault="0061249D">
            <w:r>
              <w:t>46,50</w:t>
            </w:r>
          </w:p>
        </w:tc>
        <w:tc>
          <w:tcPr>
            <w:tcW w:w="1728" w:type="dxa"/>
          </w:tcPr>
          <w:p w14:paraId="28AD17C5" w14:textId="77777777" w:rsidR="00806DD1" w:rsidRDefault="0061249D">
            <w:r>
              <w:t>2 235,19</w:t>
            </w:r>
          </w:p>
        </w:tc>
        <w:tc>
          <w:tcPr>
            <w:tcW w:w="1728" w:type="dxa"/>
          </w:tcPr>
          <w:p w14:paraId="1375B517" w14:textId="77777777" w:rsidR="00806DD1" w:rsidRDefault="0061249D">
            <w:r>
              <w:t>46,50</w:t>
            </w:r>
          </w:p>
        </w:tc>
      </w:tr>
      <w:tr w:rsidR="00806DD1" w14:paraId="51C59A65" w14:textId="77777777">
        <w:tc>
          <w:tcPr>
            <w:tcW w:w="1728" w:type="dxa"/>
          </w:tcPr>
          <w:p w14:paraId="0DF3524C" w14:textId="77777777" w:rsidR="00806DD1" w:rsidRDefault="0061249D">
            <w:r>
              <w:t>Årets bokförda resultat</w:t>
            </w:r>
          </w:p>
        </w:tc>
        <w:tc>
          <w:tcPr>
            <w:tcW w:w="1728" w:type="dxa"/>
          </w:tcPr>
          <w:p w14:paraId="4AA8E13C" w14:textId="77777777" w:rsidR="00806DD1" w:rsidRDefault="00806DD1"/>
        </w:tc>
        <w:tc>
          <w:tcPr>
            <w:tcW w:w="1728" w:type="dxa"/>
          </w:tcPr>
          <w:p w14:paraId="4BD59A68" w14:textId="77777777" w:rsidR="00806DD1" w:rsidRDefault="00806DD1"/>
        </w:tc>
        <w:tc>
          <w:tcPr>
            <w:tcW w:w="1728" w:type="dxa"/>
          </w:tcPr>
          <w:p w14:paraId="5C9158ED" w14:textId="77777777" w:rsidR="00806DD1" w:rsidRDefault="00806DD1"/>
        </w:tc>
        <w:tc>
          <w:tcPr>
            <w:tcW w:w="1728" w:type="dxa"/>
          </w:tcPr>
          <w:p w14:paraId="4F0D716F" w14:textId="77777777" w:rsidR="00806DD1" w:rsidRDefault="00806DD1"/>
        </w:tc>
      </w:tr>
      <w:tr w:rsidR="00806DD1" w14:paraId="770630DF" w14:textId="77777777">
        <w:tc>
          <w:tcPr>
            <w:tcW w:w="1728" w:type="dxa"/>
          </w:tcPr>
          <w:p w14:paraId="24C10430" w14:textId="77777777" w:rsidR="00806DD1" w:rsidRDefault="0061249D">
            <w:r>
              <w:t>8999 Årets resultat, redovisat</w:t>
            </w:r>
          </w:p>
        </w:tc>
        <w:tc>
          <w:tcPr>
            <w:tcW w:w="1728" w:type="dxa"/>
          </w:tcPr>
          <w:p w14:paraId="1BCA63B5" w14:textId="77777777" w:rsidR="00806DD1" w:rsidRDefault="0061249D">
            <w:r>
              <w:t>0,00</w:t>
            </w:r>
          </w:p>
        </w:tc>
        <w:tc>
          <w:tcPr>
            <w:tcW w:w="1728" w:type="dxa"/>
          </w:tcPr>
          <w:p w14:paraId="3E5FC80F" w14:textId="77777777" w:rsidR="00806DD1" w:rsidRDefault="0061249D">
            <w:r>
              <w:t>46,50</w:t>
            </w:r>
          </w:p>
        </w:tc>
        <w:tc>
          <w:tcPr>
            <w:tcW w:w="1728" w:type="dxa"/>
          </w:tcPr>
          <w:p w14:paraId="7B8AAEDA" w14:textId="77777777" w:rsidR="00806DD1" w:rsidRDefault="0061249D">
            <w:r>
              <w:t>0,00</w:t>
            </w:r>
          </w:p>
        </w:tc>
        <w:tc>
          <w:tcPr>
            <w:tcW w:w="1728" w:type="dxa"/>
          </w:tcPr>
          <w:p w14:paraId="1262E55F" w14:textId="77777777" w:rsidR="00806DD1" w:rsidRDefault="0061249D">
            <w:r>
              <w:t>46,50</w:t>
            </w:r>
          </w:p>
        </w:tc>
      </w:tr>
    </w:tbl>
    <w:p w14:paraId="438DC02A" w14:textId="77777777" w:rsidR="0061249D" w:rsidRDefault="0061249D"/>
    <w:sectPr w:rsidR="0061249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rerad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rerad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65608647">
    <w:abstractNumId w:val="8"/>
  </w:num>
  <w:num w:numId="2" w16cid:durableId="1028527031">
    <w:abstractNumId w:val="6"/>
  </w:num>
  <w:num w:numId="3" w16cid:durableId="1384013987">
    <w:abstractNumId w:val="5"/>
  </w:num>
  <w:num w:numId="4" w16cid:durableId="1672559261">
    <w:abstractNumId w:val="4"/>
  </w:num>
  <w:num w:numId="5" w16cid:durableId="1060128251">
    <w:abstractNumId w:val="7"/>
  </w:num>
  <w:num w:numId="6" w16cid:durableId="477310801">
    <w:abstractNumId w:val="3"/>
  </w:num>
  <w:num w:numId="7" w16cid:durableId="1178040126">
    <w:abstractNumId w:val="2"/>
  </w:num>
  <w:num w:numId="8" w16cid:durableId="1208301729">
    <w:abstractNumId w:val="1"/>
  </w:num>
  <w:num w:numId="9" w16cid:durableId="182525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0063"/>
    <w:rsid w:val="0015074B"/>
    <w:rsid w:val="0029639D"/>
    <w:rsid w:val="00326F90"/>
    <w:rsid w:val="0061249D"/>
    <w:rsid w:val="00785A38"/>
    <w:rsid w:val="00806DD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8053CD"/>
  <w14:defaultImageDpi w14:val="300"/>
  <w15:docId w15:val="{C1625821-AA6F-4B49-895E-EDA6F943F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Rubrik1">
    <w:name w:val="heading 1"/>
    <w:basedOn w:val="Normal"/>
    <w:next w:val="Normal"/>
    <w:link w:val="Rubri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E618BF"/>
  </w:style>
  <w:style w:type="paragraph" w:styleId="Sidfot">
    <w:name w:val="footer"/>
    <w:basedOn w:val="Normal"/>
    <w:link w:val="Sidfo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618BF"/>
  </w:style>
  <w:style w:type="paragraph" w:styleId="Ingetavstnd">
    <w:name w:val="No Spacing"/>
    <w:uiPriority w:val="1"/>
    <w:qFormat/>
    <w:rsid w:val="00FC693F"/>
    <w:pPr>
      <w:spacing w:after="0" w:line="240" w:lineRule="auto"/>
    </w:pPr>
  </w:style>
  <w:style w:type="character" w:customStyle="1" w:styleId="Rubrik1Char">
    <w:name w:val="Rubrik 1 Char"/>
    <w:basedOn w:val="Standardstycketeckensnitt"/>
    <w:link w:val="Rubri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">
    <w:name w:val="Title"/>
    <w:basedOn w:val="Normal"/>
    <w:next w:val="Normal"/>
    <w:link w:val="Rubrik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styck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xt">
    <w:name w:val="Body Text"/>
    <w:basedOn w:val="Normal"/>
    <w:link w:val="BrdtextChar"/>
    <w:uiPriority w:val="99"/>
    <w:unhideWhenUsed/>
    <w:rsid w:val="00AA1D8D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AA1D8D"/>
  </w:style>
  <w:style w:type="paragraph" w:styleId="Brdtext2">
    <w:name w:val="Body Text 2"/>
    <w:basedOn w:val="Normal"/>
    <w:link w:val="Brdtext2Char"/>
    <w:uiPriority w:val="99"/>
    <w:unhideWhenUsed/>
    <w:rsid w:val="00AA1D8D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rsid w:val="00AA1D8D"/>
  </w:style>
  <w:style w:type="paragraph" w:styleId="Brdtext3">
    <w:name w:val="Body Text 3"/>
    <w:basedOn w:val="Normal"/>
    <w:link w:val="Brd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a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a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a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reradlist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fortst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fortst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fortst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Char">
    <w:name w:val="Makrotext Char"/>
    <w:basedOn w:val="Standardstycketeckensnit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Standardstycketeckensnitt"/>
    <w:link w:val="Citat"/>
    <w:uiPriority w:val="29"/>
    <w:rsid w:val="00FC693F"/>
    <w:rPr>
      <w:i/>
      <w:iCs/>
      <w:color w:val="000000" w:themeColor="text1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ark">
    <w:name w:val="Strong"/>
    <w:basedOn w:val="Standardstycketeckensnitt"/>
    <w:uiPriority w:val="22"/>
    <w:qFormat/>
    <w:rsid w:val="00FC693F"/>
    <w:rPr>
      <w:b/>
      <w:bCs/>
    </w:rPr>
  </w:style>
  <w:style w:type="character" w:styleId="Betoning">
    <w:name w:val="Emphasis"/>
    <w:basedOn w:val="Standardstycketeckensnitt"/>
    <w:uiPriority w:val="20"/>
    <w:qFormat/>
    <w:rsid w:val="00FC693F"/>
    <w:rPr>
      <w:i/>
      <w:iCs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C693F"/>
    <w:rPr>
      <w:b/>
      <w:bCs/>
      <w:i/>
      <w:iCs/>
      <w:color w:val="4F81BD" w:themeColor="accent1"/>
    </w:rPr>
  </w:style>
  <w:style w:type="character" w:styleId="Diskretbetoning">
    <w:name w:val="Subtle Emphasis"/>
    <w:basedOn w:val="Standardstycketeckensnitt"/>
    <w:uiPriority w:val="19"/>
    <w:qFormat/>
    <w:rsid w:val="00FC693F"/>
    <w:rPr>
      <w:i/>
      <w:iCs/>
      <w:color w:val="808080" w:themeColor="text1" w:themeTint="7F"/>
    </w:rPr>
  </w:style>
  <w:style w:type="character" w:styleId="Starkbetoning">
    <w:name w:val="Intense Emphasis"/>
    <w:basedOn w:val="Standardstycketeckensnitt"/>
    <w:uiPriority w:val="21"/>
    <w:qFormat/>
    <w:rsid w:val="00FC693F"/>
    <w:rPr>
      <w:b/>
      <w:bCs/>
      <w:i/>
      <w:iCs/>
      <w:color w:val="4F81BD" w:themeColor="accent1"/>
    </w:rPr>
  </w:style>
  <w:style w:type="character" w:styleId="Diskretreferens">
    <w:name w:val="Subtle Reference"/>
    <w:basedOn w:val="Standardstycketeckensnitt"/>
    <w:uiPriority w:val="31"/>
    <w:qFormat/>
    <w:rsid w:val="00FC693F"/>
    <w:rPr>
      <w:smallCaps/>
      <w:color w:val="C0504D" w:themeColor="accent2"/>
      <w:u w:val="single"/>
    </w:rPr>
  </w:style>
  <w:style w:type="character" w:styleId="Starkreferens">
    <w:name w:val="Intense Reference"/>
    <w:basedOn w:val="Standardstycketecken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enstitel">
    <w:name w:val="Book Title"/>
    <w:basedOn w:val="Standardstycketeckensnitt"/>
    <w:uiPriority w:val="33"/>
    <w:qFormat/>
    <w:rsid w:val="00FC693F"/>
    <w:rPr>
      <w:b/>
      <w:bCs/>
      <w:smallCaps/>
      <w:spacing w:val="5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FC693F"/>
    <w:pPr>
      <w:outlineLvl w:val="9"/>
    </w:pPr>
  </w:style>
  <w:style w:type="table" w:styleId="Tabellrutnt">
    <w:name w:val="Table Grid"/>
    <w:basedOn w:val="Normal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jusskuggning">
    <w:name w:val="Light Shading"/>
    <w:basedOn w:val="Normal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juslista">
    <w:name w:val="Light List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juslista-dekorfrg2">
    <w:name w:val="Light List Accent 2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juslista-dekorfrg3">
    <w:name w:val="Light List Accent 3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juslista-dekorfrg4">
    <w:name w:val="Light List Accent 4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juslista-dekorfrg5">
    <w:name w:val="Light List Accent 5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juslista-dekorfrg6">
    <w:name w:val="Light List Accent 6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justrutnt">
    <w:name w:val="Light Grid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justrutnt-dekorfrg2">
    <w:name w:val="Light Grid Accent 2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justrutnt-dekorfrg3">
    <w:name w:val="Light Grid Accent 3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justrutnt-dekorfrg4">
    <w:name w:val="Light Grid Accent 4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justrutnt-dekorfrg5">
    <w:name w:val="Light Grid Accent 5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justrutnt-dekorfrg6">
    <w:name w:val="Light Grid Accent 6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llanmrkskuggning1">
    <w:name w:val="Medium Shading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lista1">
    <w:name w:val="Medium Lis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llanmrklista2">
    <w:name w:val="Medium Lis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trutnt1">
    <w:name w:val="Medium Grid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llanmrktrutnt2">
    <w:name w:val="Medium Grid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a">
    <w:name w:val="Dark List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a-dekorfrg2">
    <w:name w:val="Dark List Accent 2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a-dekorfrg3">
    <w:name w:val="Dark List Accent 3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a-dekorfrg4">
    <w:name w:val="Dark List Accent 4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a-dekorfrg5">
    <w:name w:val="Dark List Accent 5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a-dekorfrg6">
    <w:name w:val="Dark List Accent 6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rgadskuggning">
    <w:name w:val="Colorful Shading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lista">
    <w:name w:val="Colorful List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rgadlista-dekorfrg2">
    <w:name w:val="Colorful List Accent 2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rgadlista-dekorfrg3">
    <w:name w:val="Colorful List Accent 3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rgadlista-dekorfrg4">
    <w:name w:val="Colorful List Accent 4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rgadlista-dekorfrg5">
    <w:name w:val="Colorful List Accent 5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rgadlista-dekorfrg6">
    <w:name w:val="Colorful List Accent 6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rgatrutnt">
    <w:name w:val="Colorful Grid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rgatrutnt-dekorfrg2">
    <w:name w:val="Colorful Grid Accent 2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trutnt-dekorfrg3">
    <w:name w:val="Colorful Grid Accent 3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trutnt-dekorfrg4">
    <w:name w:val="Colorful Grid Accent 4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rgatrutnt-dekorfrg5">
    <w:name w:val="Colorful Grid Accent 5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rgatrutnt-dekorfrg6">
    <w:name w:val="Colorful Grid Accent 6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2102</Characters>
  <Application>Microsoft Office Word</Application>
  <DocSecurity>0</DocSecurity>
  <Lines>262</Lines>
  <Paragraphs>187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Håkan Hjalmers</cp:lastModifiedBy>
  <cp:revision>2</cp:revision>
  <dcterms:created xsi:type="dcterms:W3CDTF">2026-03-23T12:04:00Z</dcterms:created>
  <dcterms:modified xsi:type="dcterms:W3CDTF">2026-03-23T12:04:00Z</dcterms:modified>
  <cp:category/>
</cp:coreProperties>
</file>